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NEXRIDE – VEHICLE RENTAL AGREEMENT</w:t>
      </w:r>
    </w:p>
    <w:p>
      <w:pPr>
        <w:jc w:val="center"/>
      </w:pPr>
      <w:r>
        <w:t>Suite 4, Ground Level, 12 Dunlop Street, Strathfield South NSW 2136</w:t>
      </w:r>
    </w:p>
    <w:p>
      <w:pPr>
        <w:jc w:val="center"/>
      </w:pPr>
      <w:r>
        <w:t>ABN 40 638 268 201 | nexrideau@gmail.com | info@nexride.au</w:t>
      </w:r>
    </w:p>
    <w:p>
      <w:pPr>
        <w:jc w:val="center"/>
      </w:pPr>
      <w:r>
        <w:t>+61 411 383 034 | +61 272579399</w:t>
      </w:r>
    </w:p>
    <w:p/>
    <w:p>
      <w:r>
        <w:rPr>
          <w:b/>
          <w:sz w:val="26"/>
        </w:rPr>
        <w:t>1. Hirer Details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400"/>
        <w:gridCol w:w="5400"/>
      </w:tblGrid>
      <w:tr>
        <w:tc>
          <w:tcPr>
            <w:tcW w:type="dxa" w:w="5400"/>
          </w:tcPr>
          <w:p>
            <w:r>
              <w:t>Hirer Full Name</w:t>
            </w:r>
          </w:p>
        </w:tc>
        <w:tc>
          <w:tcPr>
            <w:tcW w:type="dxa" w:w="5400"/>
          </w:tcPr>
          <w:p>
            <w:r>
              <w:t>________________________________________</w:t>
            </w:r>
          </w:p>
        </w:tc>
      </w:tr>
      <w:tr>
        <w:tc>
          <w:tcPr>
            <w:tcW w:type="dxa" w:w="5400"/>
          </w:tcPr>
          <w:p>
            <w:r>
              <w:t>Phone Number</w:t>
            </w:r>
          </w:p>
        </w:tc>
        <w:tc>
          <w:tcPr>
            <w:tcW w:type="dxa" w:w="5400"/>
          </w:tcPr>
          <w:p>
            <w:r>
              <w:t>________________________________________</w:t>
            </w:r>
          </w:p>
        </w:tc>
      </w:tr>
      <w:tr>
        <w:tc>
          <w:tcPr>
            <w:tcW w:type="dxa" w:w="5400"/>
          </w:tcPr>
          <w:p>
            <w:r>
              <w:t>Email Address</w:t>
            </w:r>
          </w:p>
        </w:tc>
        <w:tc>
          <w:tcPr>
            <w:tcW w:type="dxa" w:w="5400"/>
          </w:tcPr>
          <w:p>
            <w:r>
              <w:t>________________________________________</w:t>
            </w:r>
          </w:p>
        </w:tc>
      </w:tr>
      <w:tr>
        <w:tc>
          <w:tcPr>
            <w:tcW w:type="dxa" w:w="5400"/>
          </w:tcPr>
          <w:p>
            <w:r>
              <w:t>Unit / House No.</w:t>
            </w:r>
          </w:p>
        </w:tc>
        <w:tc>
          <w:tcPr>
            <w:tcW w:type="dxa" w:w="5400"/>
          </w:tcPr>
          <w:p>
            <w:r>
              <w:t>________________________________________</w:t>
            </w:r>
          </w:p>
        </w:tc>
      </w:tr>
      <w:tr>
        <w:tc>
          <w:tcPr>
            <w:tcW w:type="dxa" w:w="5400"/>
          </w:tcPr>
          <w:p>
            <w:r>
              <w:t>Street Name</w:t>
            </w:r>
          </w:p>
        </w:tc>
        <w:tc>
          <w:tcPr>
            <w:tcW w:type="dxa" w:w="5400"/>
          </w:tcPr>
          <w:p>
            <w:r>
              <w:t>________________________________________</w:t>
            </w:r>
          </w:p>
        </w:tc>
      </w:tr>
      <w:tr>
        <w:tc>
          <w:tcPr>
            <w:tcW w:type="dxa" w:w="5400"/>
          </w:tcPr>
          <w:p>
            <w:r>
              <w:t>Suburb</w:t>
            </w:r>
          </w:p>
        </w:tc>
        <w:tc>
          <w:tcPr>
            <w:tcW w:type="dxa" w:w="5400"/>
          </w:tcPr>
          <w:p>
            <w:r>
              <w:t>________________________________________</w:t>
            </w:r>
          </w:p>
        </w:tc>
      </w:tr>
      <w:tr>
        <w:tc>
          <w:tcPr>
            <w:tcW w:type="dxa" w:w="5400"/>
          </w:tcPr>
          <w:p>
            <w:r>
              <w:t>State</w:t>
            </w:r>
          </w:p>
        </w:tc>
        <w:tc>
          <w:tcPr>
            <w:tcW w:type="dxa" w:w="5400"/>
          </w:tcPr>
          <w:p>
            <w:r>
              <w:t>________________________________________</w:t>
            </w:r>
          </w:p>
        </w:tc>
      </w:tr>
      <w:tr>
        <w:tc>
          <w:tcPr>
            <w:tcW w:type="dxa" w:w="5400"/>
          </w:tcPr>
          <w:p>
            <w:r>
              <w:t>Post Code</w:t>
            </w:r>
          </w:p>
        </w:tc>
        <w:tc>
          <w:tcPr>
            <w:tcW w:type="dxa" w:w="5400"/>
          </w:tcPr>
          <w:p>
            <w:r>
              <w:t>________________________________________</w:t>
            </w:r>
          </w:p>
        </w:tc>
      </w:tr>
    </w:tbl>
    <w:p>
      <w:r>
        <w:rPr>
          <w:b/>
          <w:sz w:val="26"/>
        </w:rPr>
        <w:t>2. Next of Kin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400"/>
        <w:gridCol w:w="5400"/>
      </w:tblGrid>
      <w:tr>
        <w:tc>
          <w:tcPr>
            <w:tcW w:type="dxa" w:w="5400"/>
          </w:tcPr>
          <w:p>
            <w:r>
              <w:t>Relationship</w:t>
            </w:r>
          </w:p>
        </w:tc>
        <w:tc>
          <w:tcPr>
            <w:tcW w:type="dxa" w:w="5400"/>
          </w:tcPr>
          <w:p>
            <w:r>
              <w:t>________________________________________</w:t>
            </w:r>
          </w:p>
        </w:tc>
      </w:tr>
      <w:tr>
        <w:tc>
          <w:tcPr>
            <w:tcW w:type="dxa" w:w="5400"/>
          </w:tcPr>
          <w:p>
            <w:r>
              <w:t>Full Name</w:t>
            </w:r>
          </w:p>
        </w:tc>
        <w:tc>
          <w:tcPr>
            <w:tcW w:type="dxa" w:w="5400"/>
          </w:tcPr>
          <w:p>
            <w:r>
              <w:t>________________________________________</w:t>
            </w:r>
          </w:p>
        </w:tc>
      </w:tr>
      <w:tr>
        <w:tc>
          <w:tcPr>
            <w:tcW w:type="dxa" w:w="5400"/>
          </w:tcPr>
          <w:p>
            <w:r>
              <w:t>Address</w:t>
            </w:r>
          </w:p>
        </w:tc>
        <w:tc>
          <w:tcPr>
            <w:tcW w:type="dxa" w:w="5400"/>
          </w:tcPr>
          <w:p>
            <w:r>
              <w:t>________________________________________</w:t>
            </w:r>
          </w:p>
        </w:tc>
      </w:tr>
      <w:tr>
        <w:tc>
          <w:tcPr>
            <w:tcW w:type="dxa" w:w="5400"/>
          </w:tcPr>
          <w:p>
            <w:r>
              <w:t>Phone Number</w:t>
            </w:r>
          </w:p>
        </w:tc>
        <w:tc>
          <w:tcPr>
            <w:tcW w:type="dxa" w:w="5400"/>
          </w:tcPr>
          <w:p>
            <w:r>
              <w:t>________________________________________</w:t>
            </w:r>
          </w:p>
        </w:tc>
      </w:tr>
    </w:tbl>
    <w:p>
      <w:r>
        <w:rPr>
          <w:b/>
          <w:sz w:val="26"/>
        </w:rPr>
        <w:t>3. Vehicle Details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c>
          <w:tcPr>
            <w:tcW w:type="dxa" w:w="2700"/>
          </w:tcPr>
          <w:p>
            <w:r>
              <w:t>Make</w:t>
            </w:r>
          </w:p>
        </w:tc>
        <w:tc>
          <w:tcPr>
            <w:tcW w:type="dxa" w:w="2700"/>
          </w:tcPr>
          <w:p>
            <w:r>
              <w:t>________________</w:t>
            </w:r>
          </w:p>
        </w:tc>
        <w:tc>
          <w:tcPr>
            <w:tcW w:type="dxa" w:w="2700"/>
          </w:tcPr>
          <w:p>
            <w:r>
              <w:t>Model</w:t>
            </w:r>
          </w:p>
        </w:tc>
        <w:tc>
          <w:tcPr>
            <w:tcW w:type="dxa" w:w="2700"/>
          </w:tcPr>
          <w:p>
            <w:r>
              <w:t>________________</w:t>
            </w:r>
          </w:p>
        </w:tc>
      </w:tr>
      <w:tr>
        <w:tc>
          <w:tcPr>
            <w:tcW w:type="dxa" w:w="2700"/>
          </w:tcPr>
          <w:p>
            <w:r>
              <w:t>Registration</w:t>
            </w:r>
          </w:p>
        </w:tc>
        <w:tc>
          <w:tcPr>
            <w:tcW w:type="dxa" w:w="2700"/>
          </w:tcPr>
          <w:p>
            <w:r>
              <w:t>________________</w:t>
            </w:r>
          </w:p>
        </w:tc>
        <w:tc>
          <w:tcPr>
            <w:tcW w:type="dxa" w:w="2700"/>
          </w:tcPr>
          <w:p>
            <w:r>
              <w:t>Fuel Type</w:t>
            </w:r>
          </w:p>
        </w:tc>
        <w:tc>
          <w:tcPr>
            <w:tcW w:type="dxa" w:w="2700"/>
          </w:tcPr>
          <w:p>
            <w:r>
              <w:t>________________</w:t>
            </w:r>
          </w:p>
        </w:tc>
      </w:tr>
      <w:tr>
        <w:tc>
          <w:tcPr>
            <w:tcW w:type="dxa" w:w="2700"/>
          </w:tcPr>
          <w:p>
            <w:r>
              <w:t>Km Out</w:t>
            </w:r>
          </w:p>
        </w:tc>
        <w:tc>
          <w:tcPr>
            <w:tcW w:type="dxa" w:w="2700"/>
          </w:tcPr>
          <w:p>
            <w:r>
              <w:t>________________</w:t>
            </w:r>
          </w:p>
        </w:tc>
        <w:tc>
          <w:tcPr>
            <w:tcW w:type="dxa" w:w="2700"/>
          </w:tcPr>
          <w:p>
            <w:r>
              <w:t>Km In</w:t>
            </w:r>
          </w:p>
        </w:tc>
        <w:tc>
          <w:tcPr>
            <w:tcW w:type="dxa" w:w="2700"/>
          </w:tcPr>
          <w:p>
            <w:r>
              <w:t>________________</w:t>
            </w:r>
          </w:p>
        </w:tc>
      </w:tr>
      <w:tr>
        <w:tc>
          <w:tcPr>
            <w:tcW w:type="dxa" w:w="2700"/>
          </w:tcPr>
          <w:p>
            <w:r>
              <w:t>Fuel Out</w:t>
            </w:r>
          </w:p>
        </w:tc>
        <w:tc>
          <w:tcPr>
            <w:tcW w:type="dxa" w:w="2700"/>
          </w:tcPr>
          <w:p>
            <w:r>
              <w:t>________________</w:t>
            </w:r>
          </w:p>
        </w:tc>
        <w:tc>
          <w:tcPr>
            <w:tcW w:type="dxa" w:w="2700"/>
          </w:tcPr>
          <w:p>
            <w:r>
              <w:t>Fuel In</w:t>
            </w:r>
          </w:p>
        </w:tc>
        <w:tc>
          <w:tcPr>
            <w:tcW w:type="dxa" w:w="2700"/>
          </w:tcPr>
          <w:p>
            <w:r>
              <w:t>________________</w:t>
            </w:r>
          </w:p>
        </w:tc>
      </w:tr>
    </w:tbl>
    <w:p>
      <w:r>
        <w:t>Contract Type: ☐ Daily    ☐ Weekly</w:t>
      </w:r>
    </w:p>
    <w:p>
      <w:r>
        <w:t>Contract Term: ☐ 3 Months    ☐ 6 Months    ☐ 1 Year    ☐ Other</w:t>
      </w:r>
    </w:p>
    <w:p>
      <w:r>
        <w:t>Rental Type / Usage: ________________________________________</w:t>
      </w:r>
    </w:p>
    <w:p>
      <w:r>
        <w:rPr>
          <w:b/>
          <w:sz w:val="26"/>
        </w:rPr>
        <w:t>4. Accident Replacement (If Applicable)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400"/>
        <w:gridCol w:w="5400"/>
      </w:tblGrid>
      <w:tr>
        <w:tc>
          <w:tcPr>
            <w:tcW w:type="dxa" w:w="5400"/>
          </w:tcPr>
          <w:p>
            <w:r>
              <w:t>Date of Accident</w:t>
            </w:r>
          </w:p>
        </w:tc>
        <w:tc>
          <w:tcPr>
            <w:tcW w:type="dxa" w:w="5400"/>
          </w:tcPr>
          <w:p>
            <w:r>
              <w:t>________________________________________</w:t>
            </w:r>
          </w:p>
        </w:tc>
      </w:tr>
      <w:tr>
        <w:tc>
          <w:tcPr>
            <w:tcW w:type="dxa" w:w="5400"/>
          </w:tcPr>
          <w:p>
            <w:r>
              <w:t>Place of Accident</w:t>
            </w:r>
          </w:p>
        </w:tc>
        <w:tc>
          <w:tcPr>
            <w:tcW w:type="dxa" w:w="5400"/>
          </w:tcPr>
          <w:p>
            <w:r>
              <w:t>________________________________________</w:t>
            </w:r>
          </w:p>
        </w:tc>
      </w:tr>
      <w:tr>
        <w:tc>
          <w:tcPr>
            <w:tcW w:type="dxa" w:w="5400"/>
          </w:tcPr>
          <w:p>
            <w:r>
              <w:t>Other Party Vehicle Registration</w:t>
            </w:r>
          </w:p>
        </w:tc>
        <w:tc>
          <w:tcPr>
            <w:tcW w:type="dxa" w:w="5400"/>
          </w:tcPr>
          <w:p>
            <w:r>
              <w:t>________________________________________</w:t>
            </w:r>
          </w:p>
        </w:tc>
      </w:tr>
      <w:tr>
        <w:tc>
          <w:tcPr>
            <w:tcW w:type="dxa" w:w="5400"/>
          </w:tcPr>
          <w:p>
            <w:r>
              <w:t>Your Vehicle Registration</w:t>
            </w:r>
          </w:p>
        </w:tc>
        <w:tc>
          <w:tcPr>
            <w:tcW w:type="dxa" w:w="5400"/>
          </w:tcPr>
          <w:p>
            <w:r>
              <w:t>________________________________________</w:t>
            </w:r>
          </w:p>
        </w:tc>
      </w:tr>
      <w:tr>
        <w:tc>
          <w:tcPr>
            <w:tcW w:type="dxa" w:w="5400"/>
          </w:tcPr>
          <w:p>
            <w:r>
              <w:t>Insurance Company</w:t>
            </w:r>
          </w:p>
        </w:tc>
        <w:tc>
          <w:tcPr>
            <w:tcW w:type="dxa" w:w="5400"/>
          </w:tcPr>
          <w:p>
            <w:r>
              <w:t>________________________________________</w:t>
            </w:r>
          </w:p>
        </w:tc>
      </w:tr>
      <w:tr>
        <w:tc>
          <w:tcPr>
            <w:tcW w:type="dxa" w:w="5400"/>
          </w:tcPr>
          <w:p>
            <w:r>
              <w:t>Claim Number</w:t>
            </w:r>
          </w:p>
        </w:tc>
        <w:tc>
          <w:tcPr>
            <w:tcW w:type="dxa" w:w="5400"/>
          </w:tcPr>
          <w:p>
            <w:r>
              <w:t>________________________________________</w:t>
            </w:r>
          </w:p>
        </w:tc>
      </w:tr>
      <w:tr>
        <w:tc>
          <w:tcPr>
            <w:tcW w:type="dxa" w:w="5400"/>
          </w:tcPr>
          <w:p>
            <w:r>
              <w:t>Excess Applicable</w:t>
            </w:r>
          </w:p>
        </w:tc>
        <w:tc>
          <w:tcPr>
            <w:tcW w:type="dxa" w:w="5400"/>
          </w:tcPr>
          <w:p>
            <w:r>
              <w:t>________________________________________</w:t>
            </w:r>
          </w:p>
        </w:tc>
      </w:tr>
    </w:tbl>
    <w:p>
      <w:r>
        <w:t>Uber X / HC Hire / Uber Luxury</w:t>
      </w:r>
    </w:p>
    <w:p>
      <w:r>
        <w:t>Age 25 or above: $2000.00 excess applies.</w:t>
      </w:r>
    </w:p>
    <w:p>
      <w:r>
        <w:t>Additional $500 applies for drivers under 25.</w:t>
      </w:r>
    </w:p>
    <w:p>
      <w:r>
        <w:rPr>
          <w:b/>
          <w:sz w:val="26"/>
        </w:rPr>
        <w:t>5. Optional Extras</w:t>
      </w:r>
    </w:p>
    <w:p>
      <w:r>
        <w:t>☐ Roadside Assistance 24/7 ($10/week)</w:t>
      </w:r>
    </w:p>
    <w:p>
      <w:r>
        <w:t>☐ Dashcam ($10/week)</w:t>
      </w:r>
    </w:p>
    <w:p>
      <w:r>
        <w:t>☐ Excess Reduction Plan ($15/week)</w:t>
      </w:r>
    </w:p>
    <w:p>
      <w:r>
        <w:t>☐ Excess Reduction Plan ($25/week)</w:t>
      </w:r>
    </w:p>
    <w:p>
      <w:r>
        <w:rPr>
          <w:b/>
          <w:sz w:val="26"/>
        </w:rPr>
        <w:t>6. Rental Charges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400"/>
        <w:gridCol w:w="5400"/>
      </w:tblGrid>
      <w:tr>
        <w:tc>
          <w:tcPr>
            <w:tcW w:type="dxa" w:w="5400"/>
          </w:tcPr>
          <w:p>
            <w:r>
              <w:t>Daily Rate</w:t>
            </w:r>
          </w:p>
        </w:tc>
        <w:tc>
          <w:tcPr>
            <w:tcW w:type="dxa" w:w="5400"/>
          </w:tcPr>
          <w:p>
            <w:r>
              <w:t>________________</w:t>
            </w:r>
          </w:p>
        </w:tc>
      </w:tr>
      <w:tr>
        <w:tc>
          <w:tcPr>
            <w:tcW w:type="dxa" w:w="5400"/>
          </w:tcPr>
          <w:p>
            <w:r>
              <w:t>Weekly Rate</w:t>
            </w:r>
          </w:p>
        </w:tc>
        <w:tc>
          <w:tcPr>
            <w:tcW w:type="dxa" w:w="5400"/>
          </w:tcPr>
          <w:p>
            <w:r>
              <w:t>________________</w:t>
            </w:r>
          </w:p>
        </w:tc>
      </w:tr>
      <w:tr>
        <w:tc>
          <w:tcPr>
            <w:tcW w:type="dxa" w:w="5400"/>
          </w:tcPr>
          <w:p>
            <w:r>
              <w:t>Bond</w:t>
            </w:r>
          </w:p>
        </w:tc>
        <w:tc>
          <w:tcPr>
            <w:tcW w:type="dxa" w:w="5400"/>
          </w:tcPr>
          <w:p>
            <w:r>
              <w:t>________________</w:t>
            </w:r>
          </w:p>
        </w:tc>
      </w:tr>
      <w:tr>
        <w:tc>
          <w:tcPr>
            <w:tcW w:type="dxa" w:w="5400"/>
          </w:tcPr>
          <w:p>
            <w:r>
              <w:t>Total Rent</w:t>
            </w:r>
          </w:p>
        </w:tc>
        <w:tc>
          <w:tcPr>
            <w:tcW w:type="dxa" w:w="5400"/>
          </w:tcPr>
          <w:p>
            <w:r>
              <w:t>________________</w:t>
            </w:r>
          </w:p>
        </w:tc>
      </w:tr>
    </w:tbl>
    <w:p>
      <w:r>
        <w:t>Date Out: ____________________    Time Out: ____________________</w:t>
      </w:r>
    </w:p>
    <w:p>
      <w:r>
        <w:t>Date In: _____________________    Time In: _____________________</w:t>
      </w:r>
    </w:p>
    <w:p>
      <w:r>
        <w:rPr>
          <w:b/>
          <w:sz w:val="26"/>
        </w:rPr>
        <w:t>7. Documents Checklist</w:t>
      </w:r>
    </w:p>
    <w:p>
      <w:r>
        <w:t>☐ Driver Licence (Front &amp; Back, Coloured Copy)</w:t>
      </w:r>
    </w:p>
    <w:p>
      <w:r>
        <w:t>☐ Proof of Balance</w:t>
      </w:r>
    </w:p>
    <w:p>
      <w:r>
        <w:t>☐ Debit Card Linked to the Account</w:t>
      </w:r>
    </w:p>
    <w:p>
      <w:r>
        <w:t>☐ Proof of Address (Utility Bill)</w:t>
      </w:r>
    </w:p>
    <w:p>
      <w:r>
        <w:t>☐ Rideshare Account Verification (if applicable)</w:t>
      </w:r>
    </w:p>
    <w:p>
      <w:r>
        <w:rPr>
          <w:b/>
          <w:sz w:val="26"/>
        </w:rPr>
        <w:t>8. Terms &amp; Conditions (Summary)</w:t>
      </w:r>
    </w:p>
    <w:p>
      <w:r>
        <w:t>• Vehicle must be returned in the same condition, except normal wear and tear.</w:t>
      </w:r>
    </w:p>
    <w:p>
      <w:r>
        <w:t>• Only authorised drivers listed in this agreement may drive the vehicle.</w:t>
      </w:r>
    </w:p>
    <w:p>
      <w:r>
        <w:t>• The vehicle must not be used for illegal activities, racing, towing, or re-renting.</w:t>
      </w:r>
    </w:p>
    <w:p>
      <w:r>
        <w:t>• Any damage not reported within 1 hour of handover may be considered the hirer’s responsibility.</w:t>
      </w:r>
    </w:p>
    <w:p>
      <w:r>
        <w:t>• Missed payments beyond 3 days may result in contract termination and vehicle recovery.</w:t>
      </w:r>
    </w:p>
    <w:p>
      <w:r>
        <w:t>• Fuel must be returned at the same level; otherwise, refuelling charges apply.</w:t>
      </w:r>
    </w:p>
    <w:p>
      <w:r>
        <w:t>• Smoking, pets, and excessive dirt may incur cleaning fees.</w:t>
      </w:r>
    </w:p>
    <w:p>
      <w:r>
        <w:t>• GPS tracking is installed for security; tampering may result in bond forfeiture.</w:t>
      </w:r>
    </w:p>
    <w:p>
      <w:r>
        <w:t>For the complete Terms &amp; Conditions, please refer to the original NexRide Rental Agreement document.</w:t>
      </w:r>
    </w:p>
    <w:p>
      <w:r>
        <w:rPr>
          <w:b/>
          <w:sz w:val="26"/>
        </w:rPr>
        <w:t>9. Signatures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400"/>
        <w:gridCol w:w="5400"/>
      </w:tblGrid>
      <w:tr>
        <w:tc>
          <w:tcPr>
            <w:tcW w:type="dxa" w:w="5400"/>
          </w:tcPr>
          <w:p>
            <w:r>
              <w:t>Hirer Name</w:t>
            </w:r>
          </w:p>
        </w:tc>
        <w:tc>
          <w:tcPr>
            <w:tcW w:type="dxa" w:w="5400"/>
          </w:tcPr>
          <w:p>
            <w:r>
              <w:t>________________________________________</w:t>
            </w:r>
          </w:p>
        </w:tc>
      </w:tr>
      <w:tr>
        <w:tc>
          <w:tcPr>
            <w:tcW w:type="dxa" w:w="5400"/>
          </w:tcPr>
          <w:p>
            <w:r>
              <w:t>Hirer Signature</w:t>
            </w:r>
          </w:p>
        </w:tc>
        <w:tc>
          <w:tcPr>
            <w:tcW w:type="dxa" w:w="5400"/>
          </w:tcPr>
          <w:p>
            <w:r>
              <w:t>________________________________________</w:t>
            </w:r>
          </w:p>
        </w:tc>
      </w:tr>
      <w:tr>
        <w:tc>
          <w:tcPr>
            <w:tcW w:type="dxa" w:w="5400"/>
          </w:tcPr>
          <w:p>
            <w:r>
              <w:t>Date</w:t>
            </w:r>
          </w:p>
        </w:tc>
        <w:tc>
          <w:tcPr>
            <w:tcW w:type="dxa" w:w="5400"/>
          </w:tcPr>
          <w:p>
            <w:r>
              <w:t>____ / ____ / ______</w:t>
            </w:r>
          </w:p>
        </w:tc>
      </w:tr>
      <w:tr>
        <w:tc>
          <w:tcPr>
            <w:tcW w:type="dxa" w:w="5400"/>
          </w:tcPr>
          <w:p>
            <w:r>
              <w:t>Manager Name</w:t>
            </w:r>
          </w:p>
        </w:tc>
        <w:tc>
          <w:tcPr>
            <w:tcW w:type="dxa" w:w="5400"/>
          </w:tcPr>
          <w:p>
            <w:r>
              <w:t>________________________________________</w:t>
            </w:r>
          </w:p>
        </w:tc>
      </w:tr>
      <w:tr>
        <w:tc>
          <w:tcPr>
            <w:tcW w:type="dxa" w:w="5400"/>
          </w:tcPr>
          <w:p>
            <w:r>
              <w:t>Manager Signature</w:t>
            </w:r>
          </w:p>
        </w:tc>
        <w:tc>
          <w:tcPr>
            <w:tcW w:type="dxa" w:w="5400"/>
          </w:tcPr>
          <w:p>
            <w:r>
              <w:t>________________________________________</w:t>
            </w:r>
          </w:p>
        </w:tc>
      </w:tr>
      <w:tr>
        <w:tc>
          <w:tcPr>
            <w:tcW w:type="dxa" w:w="5400"/>
          </w:tcPr>
          <w:p>
            <w:r>
              <w:t>Date</w:t>
            </w:r>
          </w:p>
        </w:tc>
        <w:tc>
          <w:tcPr>
            <w:tcW w:type="dxa" w:w="5400"/>
          </w:tcPr>
          <w:p>
            <w:r>
              <w:t>____ / ____ / ______</w:t>
            </w:r>
          </w:p>
        </w:tc>
      </w:tr>
    </w:tbl>
    <w:p>
      <w:r>
        <w:t>I acknowledge that I have read and understood this agreement and agree to the above terms and conditions.</w:t>
      </w:r>
    </w:p>
    <w:p>
      <w:r>
        <w:br w:type="page"/>
      </w:r>
    </w:p>
    <w:p>
      <w:r>
        <w:rPr>
          <w:b/>
          <w:sz w:val="26"/>
        </w:rPr>
        <w:t>10. Vehicle Inspection Report</w:t>
      </w:r>
    </w:p>
    <w:p>
      <w:r>
        <w:t>Mark damaged areas before hiring. Any additional damage found on return may be charged to the hirer.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c>
          <w:tcPr>
            <w:tcW w:type="dxa" w:w="3600"/>
          </w:tcPr>
          <w:p>
            <w:r>
              <w:t>Front</w:t>
            </w:r>
          </w:p>
        </w:tc>
        <w:tc>
          <w:tcPr>
            <w:tcW w:type="dxa" w:w="3600"/>
          </w:tcPr>
          <w:p/>
        </w:tc>
        <w:tc>
          <w:tcPr>
            <w:tcW w:type="dxa" w:w="3600"/>
          </w:tcPr>
          <w:p/>
        </w:tc>
      </w:tr>
      <w:tr>
        <w:tc>
          <w:tcPr>
            <w:tcW w:type="dxa" w:w="3600"/>
          </w:tcPr>
          <w:p/>
        </w:tc>
        <w:tc>
          <w:tcPr>
            <w:tcW w:type="dxa" w:w="3600"/>
          </w:tcPr>
          <w:p>
            <w:r>
              <w:t>Vehicle Diagram</w:t>
            </w:r>
          </w:p>
        </w:tc>
        <w:tc>
          <w:tcPr>
            <w:tcW w:type="dxa" w:w="3600"/>
          </w:tcPr>
          <w:p/>
        </w:tc>
      </w:tr>
      <w:tr>
        <w:tc>
          <w:tcPr>
            <w:tcW w:type="dxa" w:w="3600"/>
          </w:tcPr>
          <w:p>
            <w:r>
              <w:t>Rear</w:t>
            </w:r>
          </w:p>
        </w:tc>
        <w:tc>
          <w:tcPr>
            <w:tcW w:type="dxa" w:w="3600"/>
          </w:tcPr>
          <w:p/>
        </w:tc>
        <w:tc>
          <w:tcPr>
            <w:tcW w:type="dxa" w:w="3600"/>
          </w:tcPr>
          <w:p/>
        </w:tc>
      </w:tr>
    </w:tbl>
    <w:p>
      <w:r>
        <w:t>☐ Washed    ☐ Vacuumed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